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8: Dissolving and Mixtures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Salt "disappears" in water. Where are the salt particles?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How could you get the salt back from salt water?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Pick a method to separate sand and water, and name the property it uses.</w:t>
      </w:r>
    </w:p>
    <w:p>
      <w:pPr>
        <w:spacing w:after="80"/>
      </w:pPr>
      <w:r>
        <w:rPr>
          <w:b w:val="0"/>
          <w:i/>
          <w:sz w:val="18"/>
        </w:rPr>
        <w:t>(Grade 6)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dissolving and separate a mixture.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